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10F0B" w14:textId="77777777" w:rsidR="004A5817" w:rsidRPr="004A5817" w:rsidRDefault="004A5817" w:rsidP="004A581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A581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(Department/City Letterhead)</w:t>
      </w:r>
    </w:p>
    <w:p w14:paraId="47EAFD8D" w14:textId="77777777" w:rsidR="004A5817" w:rsidRPr="004A5817" w:rsidRDefault="004A5817" w:rsidP="004A58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D0DDAEC" w14:textId="77777777" w:rsidR="004A5817" w:rsidRPr="004A5817" w:rsidRDefault="004A5817" w:rsidP="004A581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7945B43" w14:textId="77777777" w:rsidR="004A5817" w:rsidRPr="004A5817" w:rsidRDefault="004A5817" w:rsidP="004A581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17DF6C6" w14:textId="77777777" w:rsidR="004A5817" w:rsidRPr="004A5817" w:rsidRDefault="004A5817" w:rsidP="004A581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870F72C" w14:textId="77777777" w:rsidR="004A5817" w:rsidRPr="004A5817" w:rsidRDefault="004A5817" w:rsidP="004A581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0C74CBE" w14:textId="77777777" w:rsidR="004A5817" w:rsidRPr="004A5817" w:rsidRDefault="004A5817" w:rsidP="004A581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8D7F53C" w14:textId="77777777" w:rsidR="004A5817" w:rsidRPr="004A5817" w:rsidRDefault="004A5817" w:rsidP="004A581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  <w:r w:rsidRPr="004A5817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NEWS</w:t>
      </w:r>
    </w:p>
    <w:p w14:paraId="5FE7BAF6" w14:textId="77777777" w:rsidR="004A5817" w:rsidRPr="004A5817" w:rsidRDefault="004A5817" w:rsidP="004A581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</w:p>
    <w:p w14:paraId="57FC6A19" w14:textId="77777777" w:rsidR="004A5817" w:rsidRPr="004A5817" w:rsidRDefault="004A5817" w:rsidP="004A581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 w:rsidRPr="004A5817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FOR IMMEDIATE RELEASE</w:t>
      </w:r>
    </w:p>
    <w:p w14:paraId="097F2F28" w14:textId="77777777" w:rsidR="004A5817" w:rsidRPr="004A5817" w:rsidRDefault="004A5817" w:rsidP="004A5817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4A581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Date</w:t>
      </w:r>
    </w:p>
    <w:p w14:paraId="6F40BE7C" w14:textId="77777777" w:rsidR="004A5817" w:rsidRPr="004A5817" w:rsidRDefault="004A5817" w:rsidP="004A581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21D89AA7" w14:textId="77777777" w:rsidR="004A5817" w:rsidRPr="004A5817" w:rsidRDefault="004A5817" w:rsidP="004A5817">
      <w:pPr>
        <w:spacing w:after="0" w:line="240" w:lineRule="auto"/>
        <w:ind w:left="4320" w:firstLine="72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A581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For Information, Contact:</w:t>
      </w:r>
    </w:p>
    <w:p w14:paraId="0DB1B909" w14:textId="77777777" w:rsidR="004A5817" w:rsidRPr="004A5817" w:rsidRDefault="004A5817" w:rsidP="004A5817">
      <w:pPr>
        <w:spacing w:after="0" w:line="240" w:lineRule="auto"/>
        <w:ind w:left="4320" w:firstLine="720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4A581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Name</w:t>
      </w:r>
    </w:p>
    <w:p w14:paraId="761442DE" w14:textId="77777777" w:rsidR="004A5817" w:rsidRPr="004A5817" w:rsidRDefault="004A5817" w:rsidP="004A5817">
      <w:pPr>
        <w:spacing w:after="0" w:line="240" w:lineRule="auto"/>
        <w:ind w:left="4320" w:firstLine="720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4A581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Phone Number</w:t>
      </w:r>
    </w:p>
    <w:p w14:paraId="02562C1F" w14:textId="77777777" w:rsidR="004A5817" w:rsidRPr="004A5817" w:rsidRDefault="004A5817" w:rsidP="004A5817">
      <w:pPr>
        <w:spacing w:after="0" w:line="240" w:lineRule="auto"/>
        <w:ind w:left="4320" w:firstLine="720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4A581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Email</w:t>
      </w:r>
    </w:p>
    <w:p w14:paraId="3EE76346" w14:textId="77777777" w:rsidR="004A5817" w:rsidRPr="004A5817" w:rsidRDefault="004A5817" w:rsidP="004A58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</w:rPr>
      </w:pPr>
    </w:p>
    <w:p w14:paraId="3F1AEA80" w14:textId="2A85552D" w:rsidR="006B2D88" w:rsidRPr="00415600" w:rsidRDefault="00415600" w:rsidP="001E4984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15600">
        <w:rPr>
          <w:rFonts w:ascii="Arial" w:hAnsi="Arial" w:cs="Arial"/>
          <w:b/>
          <w:bCs/>
          <w:i/>
          <w:iCs/>
          <w:sz w:val="28"/>
          <w:szCs w:val="28"/>
        </w:rPr>
        <w:t>(Your Department)</w:t>
      </w:r>
      <w:r w:rsidRPr="00415600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a</w:t>
      </w:r>
      <w:r w:rsidRPr="00415600">
        <w:rPr>
          <w:rFonts w:ascii="Arial" w:hAnsi="Arial" w:cs="Arial"/>
          <w:b/>
          <w:bCs/>
          <w:sz w:val="28"/>
          <w:szCs w:val="28"/>
        </w:rPr>
        <w:t xml:space="preserve">nnounces </w:t>
      </w:r>
      <w:r>
        <w:rPr>
          <w:rFonts w:ascii="Arial" w:hAnsi="Arial" w:cs="Arial"/>
          <w:b/>
          <w:bCs/>
          <w:sz w:val="28"/>
          <w:szCs w:val="28"/>
        </w:rPr>
        <w:t>r</w:t>
      </w:r>
      <w:r w:rsidRPr="00415600">
        <w:rPr>
          <w:rFonts w:ascii="Arial" w:hAnsi="Arial" w:cs="Arial"/>
          <w:b/>
          <w:bCs/>
          <w:sz w:val="28"/>
          <w:szCs w:val="28"/>
        </w:rPr>
        <w:t xml:space="preserve">esults of </w:t>
      </w:r>
      <w:r>
        <w:rPr>
          <w:rFonts w:ascii="Arial" w:hAnsi="Arial" w:cs="Arial"/>
          <w:b/>
          <w:bCs/>
          <w:sz w:val="28"/>
          <w:szCs w:val="28"/>
        </w:rPr>
        <w:t>f</w:t>
      </w:r>
      <w:r w:rsidRPr="00415600">
        <w:rPr>
          <w:rFonts w:ascii="Arial" w:hAnsi="Arial" w:cs="Arial"/>
          <w:b/>
          <w:bCs/>
          <w:sz w:val="28"/>
          <w:szCs w:val="28"/>
        </w:rPr>
        <w:t xml:space="preserve">all </w:t>
      </w:r>
      <w:r>
        <w:rPr>
          <w:rFonts w:ascii="Arial" w:hAnsi="Arial" w:cs="Arial"/>
          <w:b/>
          <w:bCs/>
          <w:sz w:val="28"/>
          <w:szCs w:val="28"/>
        </w:rPr>
        <w:t>e</w:t>
      </w:r>
      <w:r w:rsidRPr="00415600">
        <w:rPr>
          <w:rFonts w:ascii="Arial" w:hAnsi="Arial" w:cs="Arial"/>
          <w:b/>
          <w:bCs/>
          <w:sz w:val="28"/>
          <w:szCs w:val="28"/>
        </w:rPr>
        <w:t xml:space="preserve">nforcement </w:t>
      </w:r>
      <w:r>
        <w:rPr>
          <w:rFonts w:ascii="Arial" w:hAnsi="Arial" w:cs="Arial"/>
          <w:b/>
          <w:bCs/>
          <w:sz w:val="28"/>
          <w:szCs w:val="28"/>
        </w:rPr>
        <w:t>c</w:t>
      </w:r>
      <w:r w:rsidRPr="00415600">
        <w:rPr>
          <w:rFonts w:ascii="Arial" w:hAnsi="Arial" w:cs="Arial"/>
          <w:b/>
          <w:bCs/>
          <w:sz w:val="28"/>
          <w:szCs w:val="28"/>
        </w:rPr>
        <w:t>ampaign</w:t>
      </w:r>
    </w:p>
    <w:p w14:paraId="3BD04364" w14:textId="77777777" w:rsidR="001E4984" w:rsidRPr="001E4984" w:rsidRDefault="001E4984" w:rsidP="001E4984">
      <w:pPr>
        <w:spacing w:after="0" w:line="240" w:lineRule="auto"/>
        <w:rPr>
          <w:rFonts w:ascii="Arial" w:hAnsi="Arial" w:cs="Arial"/>
          <w:b/>
          <w:bCs/>
          <w:i/>
          <w:iCs/>
        </w:rPr>
      </w:pPr>
    </w:p>
    <w:p w14:paraId="06A30C4A" w14:textId="1DC217B3" w:rsidR="006B2D88" w:rsidRDefault="00415600" w:rsidP="001E4984">
      <w:pPr>
        <w:spacing w:after="0" w:line="240" w:lineRule="auto"/>
        <w:rPr>
          <w:rFonts w:ascii="Arial" w:hAnsi="Arial" w:cs="Arial"/>
        </w:rPr>
      </w:pPr>
      <w:r w:rsidRPr="001E4984">
        <w:rPr>
          <w:rFonts w:ascii="Arial" w:hAnsi="Arial" w:cs="Arial"/>
          <w:b/>
          <w:bCs/>
          <w:i/>
          <w:iCs/>
        </w:rPr>
        <w:t>(City, State)</w:t>
      </w:r>
      <w:r w:rsidRPr="001E4984">
        <w:rPr>
          <w:rFonts w:ascii="Arial" w:hAnsi="Arial" w:cs="Arial"/>
        </w:rPr>
        <w:t xml:space="preserve"> </w:t>
      </w:r>
      <w:r w:rsidR="00E82B2A">
        <w:rPr>
          <w:rFonts w:ascii="Arial" w:hAnsi="Arial" w:cs="Arial"/>
        </w:rPr>
        <w:t xml:space="preserve">— </w:t>
      </w:r>
      <w:r w:rsidRPr="001E4984">
        <w:rPr>
          <w:rFonts w:ascii="Arial" w:hAnsi="Arial" w:cs="Arial"/>
          <w:b/>
          <w:bCs/>
          <w:i/>
          <w:iCs/>
        </w:rPr>
        <w:t>(Your Department’s Name)</w:t>
      </w:r>
      <w:r w:rsidRPr="001E4984">
        <w:rPr>
          <w:rFonts w:ascii="Arial" w:hAnsi="Arial" w:cs="Arial"/>
        </w:rPr>
        <w:t xml:space="preserve"> conducted a successful Halloween enforcement safety crackdown, resulting in </w:t>
      </w:r>
      <w:r w:rsidRPr="001E4984">
        <w:rPr>
          <w:rFonts w:ascii="Arial" w:hAnsi="Arial" w:cs="Arial"/>
          <w:b/>
          <w:bCs/>
          <w:i/>
          <w:iCs/>
        </w:rPr>
        <w:t>(#)</w:t>
      </w:r>
      <w:r w:rsidRPr="001E4984">
        <w:rPr>
          <w:rFonts w:ascii="Arial" w:hAnsi="Arial" w:cs="Arial"/>
        </w:rPr>
        <w:t xml:space="preserve"> impaired driving arrests and </w:t>
      </w:r>
      <w:r w:rsidRPr="001E4984">
        <w:rPr>
          <w:rFonts w:ascii="Arial" w:hAnsi="Arial" w:cs="Arial"/>
          <w:b/>
          <w:bCs/>
          <w:i/>
          <w:iCs/>
        </w:rPr>
        <w:t>(#)</w:t>
      </w:r>
      <w:r w:rsidRPr="001E4984">
        <w:rPr>
          <w:rFonts w:ascii="Arial" w:hAnsi="Arial" w:cs="Arial"/>
        </w:rPr>
        <w:t xml:space="preserve"> citations for seat belt and child safety seat violations. Additionally, officers issued </w:t>
      </w:r>
      <w:r w:rsidRPr="001E4984">
        <w:rPr>
          <w:rFonts w:ascii="Arial" w:hAnsi="Arial" w:cs="Arial"/>
          <w:b/>
          <w:bCs/>
          <w:i/>
          <w:iCs/>
        </w:rPr>
        <w:t>(#)</w:t>
      </w:r>
      <w:r w:rsidRPr="001E4984">
        <w:rPr>
          <w:rFonts w:ascii="Arial" w:hAnsi="Arial" w:cs="Arial"/>
        </w:rPr>
        <w:t xml:space="preserve"> citations for (</w:t>
      </w:r>
      <w:r w:rsidRPr="001E4984">
        <w:rPr>
          <w:rFonts w:ascii="Arial" w:hAnsi="Arial" w:cs="Arial"/>
          <w:b/>
          <w:bCs/>
          <w:i/>
          <w:iCs/>
        </w:rPr>
        <w:t>citation type(s</w:t>
      </w:r>
      <w:r w:rsidRPr="001E4984">
        <w:rPr>
          <w:rFonts w:ascii="Arial" w:hAnsi="Arial" w:cs="Arial"/>
        </w:rPr>
        <w:t xml:space="preserve">)). </w:t>
      </w:r>
    </w:p>
    <w:p w14:paraId="4AC75E1A" w14:textId="77777777" w:rsidR="001E4984" w:rsidRPr="001E4984" w:rsidRDefault="001E4984" w:rsidP="001E4984">
      <w:pPr>
        <w:spacing w:after="0" w:line="240" w:lineRule="auto"/>
        <w:rPr>
          <w:rFonts w:ascii="Arial" w:hAnsi="Arial" w:cs="Arial"/>
        </w:rPr>
      </w:pPr>
    </w:p>
    <w:p w14:paraId="3EF2B0B4" w14:textId="77777777" w:rsidR="00415600" w:rsidRDefault="00415600" w:rsidP="001E4984">
      <w:pPr>
        <w:spacing w:after="0" w:line="240" w:lineRule="auto"/>
        <w:rPr>
          <w:rFonts w:ascii="Arial" w:hAnsi="Arial" w:cs="Arial"/>
        </w:rPr>
      </w:pPr>
      <w:r w:rsidRPr="001E4984">
        <w:rPr>
          <w:rFonts w:ascii="Arial" w:hAnsi="Arial" w:cs="Arial"/>
        </w:rPr>
        <w:t xml:space="preserve">Law enforcement agencies across Illinois participated in this statewide effort to save lives by removing impaired drivers from the roadways and ensuring more drivers and passengers were properly buckled up. </w:t>
      </w:r>
    </w:p>
    <w:p w14:paraId="6929881E" w14:textId="77777777" w:rsidR="00415600" w:rsidRDefault="00415600" w:rsidP="001E4984">
      <w:pPr>
        <w:spacing w:after="0" w:line="240" w:lineRule="auto"/>
        <w:rPr>
          <w:rFonts w:ascii="Arial" w:hAnsi="Arial" w:cs="Arial"/>
        </w:rPr>
      </w:pPr>
    </w:p>
    <w:p w14:paraId="381B39EA" w14:textId="2C41A1F1" w:rsidR="006B2D88" w:rsidRDefault="00415600" w:rsidP="001E4984">
      <w:pPr>
        <w:spacing w:after="0" w:line="240" w:lineRule="auto"/>
        <w:rPr>
          <w:rFonts w:ascii="Arial" w:hAnsi="Arial" w:cs="Arial"/>
        </w:rPr>
      </w:pPr>
      <w:r w:rsidRPr="001E4984">
        <w:rPr>
          <w:rFonts w:ascii="Arial" w:hAnsi="Arial" w:cs="Arial"/>
        </w:rPr>
        <w:t>The fall enforcement campaign, which ran from Oct</w:t>
      </w:r>
      <w:r>
        <w:rPr>
          <w:rFonts w:ascii="Arial" w:hAnsi="Arial" w:cs="Arial"/>
        </w:rPr>
        <w:t>.</w:t>
      </w:r>
      <w:r w:rsidRPr="001E4984">
        <w:rPr>
          <w:rFonts w:ascii="Arial" w:hAnsi="Arial" w:cs="Arial"/>
        </w:rPr>
        <w:t xml:space="preserve"> </w:t>
      </w:r>
      <w:r w:rsidR="006A752A">
        <w:rPr>
          <w:rFonts w:ascii="Arial" w:hAnsi="Arial" w:cs="Arial"/>
        </w:rPr>
        <w:t>23</w:t>
      </w:r>
      <w:r w:rsidRPr="001E4984">
        <w:rPr>
          <w:rFonts w:ascii="Arial" w:hAnsi="Arial" w:cs="Arial"/>
        </w:rPr>
        <w:t xml:space="preserve"> through Nov</w:t>
      </w:r>
      <w:r>
        <w:rPr>
          <w:rFonts w:ascii="Arial" w:hAnsi="Arial" w:cs="Arial"/>
        </w:rPr>
        <w:t>.</w:t>
      </w:r>
      <w:r w:rsidRPr="001E4984">
        <w:rPr>
          <w:rFonts w:ascii="Arial" w:hAnsi="Arial" w:cs="Arial"/>
        </w:rPr>
        <w:t xml:space="preserve"> </w:t>
      </w:r>
      <w:r w:rsidR="006A752A">
        <w:rPr>
          <w:rFonts w:ascii="Arial" w:hAnsi="Arial" w:cs="Arial"/>
        </w:rPr>
        <w:t>2</w:t>
      </w:r>
      <w:r w:rsidRPr="001E4984">
        <w:rPr>
          <w:rFonts w:ascii="Arial" w:hAnsi="Arial" w:cs="Arial"/>
        </w:rPr>
        <w:t>, was part of the "Drive Sober or Get Pulled Over" and "Drive High. Get a DUI</w:t>
      </w:r>
      <w:r w:rsidR="001E4984">
        <w:rPr>
          <w:rFonts w:ascii="Arial" w:hAnsi="Arial" w:cs="Arial"/>
        </w:rPr>
        <w:t>” initiatives</w:t>
      </w:r>
      <w:r w:rsidRPr="001E4984">
        <w:rPr>
          <w:rFonts w:ascii="Arial" w:hAnsi="Arial" w:cs="Arial"/>
        </w:rPr>
        <w:t>.</w:t>
      </w:r>
    </w:p>
    <w:p w14:paraId="784A5299" w14:textId="77777777" w:rsidR="001E4984" w:rsidRPr="001E4984" w:rsidRDefault="001E4984" w:rsidP="001E4984">
      <w:pPr>
        <w:spacing w:after="0" w:line="240" w:lineRule="auto"/>
        <w:rPr>
          <w:rFonts w:ascii="Arial" w:hAnsi="Arial" w:cs="Arial"/>
        </w:rPr>
      </w:pPr>
    </w:p>
    <w:p w14:paraId="46E58C92" w14:textId="359A16D9" w:rsidR="006B2D88" w:rsidRDefault="00415600" w:rsidP="001E4984">
      <w:pPr>
        <w:spacing w:after="0" w:line="240" w:lineRule="auto"/>
        <w:rPr>
          <w:rFonts w:ascii="Arial" w:hAnsi="Arial" w:cs="Arial"/>
        </w:rPr>
      </w:pPr>
      <w:r w:rsidRPr="001E4984">
        <w:rPr>
          <w:rFonts w:ascii="Arial" w:hAnsi="Arial" w:cs="Arial"/>
        </w:rPr>
        <w:t xml:space="preserve">This enforcement effort was made possible through federal highway safety funds </w:t>
      </w:r>
      <w:r>
        <w:rPr>
          <w:rFonts w:ascii="Arial" w:hAnsi="Arial" w:cs="Arial"/>
        </w:rPr>
        <w:t>administered</w:t>
      </w:r>
      <w:r w:rsidRPr="001E4984">
        <w:rPr>
          <w:rFonts w:ascii="Arial" w:hAnsi="Arial" w:cs="Arial"/>
        </w:rPr>
        <w:t xml:space="preserve"> by the Illinois Department of Transportation.</w:t>
      </w:r>
    </w:p>
    <w:p w14:paraId="4D977360" w14:textId="77777777" w:rsidR="00415600" w:rsidRDefault="00415600" w:rsidP="001E4984">
      <w:pPr>
        <w:spacing w:after="0" w:line="240" w:lineRule="auto"/>
        <w:rPr>
          <w:rFonts w:ascii="Arial" w:hAnsi="Arial" w:cs="Arial"/>
        </w:rPr>
      </w:pPr>
    </w:p>
    <w:p w14:paraId="6CE03D46" w14:textId="68F84197" w:rsidR="00415600" w:rsidRPr="001E4984" w:rsidRDefault="00415600" w:rsidP="006A752A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###</w:t>
      </w:r>
    </w:p>
    <w:p w14:paraId="7D743EC1" w14:textId="77777777" w:rsidR="006B2D88" w:rsidRDefault="006B2D88"/>
    <w:sectPr w:rsidR="006B2D8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74375126">
    <w:abstractNumId w:val="8"/>
  </w:num>
  <w:num w:numId="2" w16cid:durableId="1372267910">
    <w:abstractNumId w:val="6"/>
  </w:num>
  <w:num w:numId="3" w16cid:durableId="479463103">
    <w:abstractNumId w:val="5"/>
  </w:num>
  <w:num w:numId="4" w16cid:durableId="21173577">
    <w:abstractNumId w:val="4"/>
  </w:num>
  <w:num w:numId="5" w16cid:durableId="654457599">
    <w:abstractNumId w:val="7"/>
  </w:num>
  <w:num w:numId="6" w16cid:durableId="301155634">
    <w:abstractNumId w:val="3"/>
  </w:num>
  <w:num w:numId="7" w16cid:durableId="997079744">
    <w:abstractNumId w:val="2"/>
  </w:num>
  <w:num w:numId="8" w16cid:durableId="1887327531">
    <w:abstractNumId w:val="1"/>
  </w:num>
  <w:num w:numId="9" w16cid:durableId="1796292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E4984"/>
    <w:rsid w:val="002455B1"/>
    <w:rsid w:val="0029639D"/>
    <w:rsid w:val="00326F90"/>
    <w:rsid w:val="004009FC"/>
    <w:rsid w:val="00415600"/>
    <w:rsid w:val="004A5817"/>
    <w:rsid w:val="00685A3C"/>
    <w:rsid w:val="006A752A"/>
    <w:rsid w:val="006B2D88"/>
    <w:rsid w:val="007B1875"/>
    <w:rsid w:val="00882A0F"/>
    <w:rsid w:val="00AA1D8D"/>
    <w:rsid w:val="00B36E4C"/>
    <w:rsid w:val="00B47730"/>
    <w:rsid w:val="00C736A2"/>
    <w:rsid w:val="00CB0664"/>
    <w:rsid w:val="00DA10D6"/>
    <w:rsid w:val="00E82B2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C1DB56"/>
  <w14:defaultImageDpi w14:val="300"/>
  <w15:docId w15:val="{AF39970E-0997-45FD-B026-FF9970080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4156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97CB2E4-5DD9-4DD3-AB87-3C76A3996F51}"/>
</file>

<file path=customXml/itemProps3.xml><?xml version="1.0" encoding="utf-8"?>
<ds:datastoreItem xmlns:ds="http://schemas.openxmlformats.org/officeDocument/2006/customXml" ds:itemID="{762782D6-002C-4737-8B64-9FF94196004F}"/>
</file>

<file path=customXml/itemProps4.xml><?xml version="1.0" encoding="utf-8"?>
<ds:datastoreItem xmlns:ds="http://schemas.openxmlformats.org/officeDocument/2006/customXml" ds:itemID="{A503DB13-F98F-439A-938D-ACF6DA1ECA4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Shannon.Alderman@illinois.gov</dc:creator>
  <cp:keywords/>
  <dc:description/>
  <cp:lastModifiedBy>DuBois, Kara</cp:lastModifiedBy>
  <cp:revision>4</cp:revision>
  <dcterms:created xsi:type="dcterms:W3CDTF">2026-10-13T16:07:00Z</dcterms:created>
  <dcterms:modified xsi:type="dcterms:W3CDTF">2026-10-13T16:27:00Z</dcterms:modified>
  <cp:category/>
</cp:coreProperties>
</file>