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CC9E0" w14:textId="77777777" w:rsidR="00DD2AEA" w:rsidRPr="009E7636" w:rsidRDefault="008C142D" w:rsidP="009E7636">
      <w:pPr>
        <w:jc w:val="center"/>
        <w:rPr>
          <w:rFonts w:ascii="Arial" w:hAnsi="Arial" w:cs="Arial"/>
          <w:b/>
          <w:bCs/>
        </w:rPr>
      </w:pPr>
      <w:r w:rsidRPr="009E7636">
        <w:rPr>
          <w:rFonts w:ascii="Arial" w:hAnsi="Arial" w:cs="Arial"/>
          <w:b/>
          <w:bCs/>
        </w:rPr>
        <w:t>Halloween Social Media Content – Sample Tweets/Posts</w:t>
      </w:r>
    </w:p>
    <w:p w14:paraId="7E04F653" w14:textId="1D510268" w:rsidR="00DD2AEA" w:rsidRPr="00EA64C9" w:rsidRDefault="008C142D" w:rsidP="009E7636">
      <w:pPr>
        <w:jc w:val="center"/>
        <w:rPr>
          <w:rFonts w:ascii="Arial" w:hAnsi="Arial" w:cs="Arial"/>
          <w:i/>
          <w:iCs/>
        </w:rPr>
      </w:pPr>
      <w:r w:rsidRPr="00EA64C9">
        <w:rPr>
          <w:rFonts w:ascii="Arial" w:hAnsi="Arial" w:cs="Arial"/>
          <w:i/>
          <w:iCs/>
        </w:rPr>
        <w:t>#ImpairedDrivingIsScary   #ItsNotAGame</w:t>
      </w:r>
      <w:r w:rsidR="009E7636" w:rsidRPr="00EA64C9">
        <w:rPr>
          <w:rFonts w:ascii="Arial" w:hAnsi="Arial" w:cs="Arial"/>
          <w:i/>
          <w:iCs/>
        </w:rPr>
        <w:t xml:space="preserve">   </w:t>
      </w:r>
      <w:r w:rsidRPr="00EA64C9">
        <w:rPr>
          <w:rFonts w:ascii="Arial" w:hAnsi="Arial" w:cs="Arial"/>
          <w:i/>
          <w:iCs/>
        </w:rPr>
        <w:t>#DriveSober</w:t>
      </w:r>
      <w:r w:rsidR="001524CD">
        <w:rPr>
          <w:rFonts w:ascii="Arial" w:hAnsi="Arial" w:cs="Arial"/>
          <w:i/>
          <w:iCs/>
        </w:rPr>
        <w:t>Or</w:t>
      </w:r>
      <w:r w:rsidRPr="00EA64C9">
        <w:rPr>
          <w:rFonts w:ascii="Arial" w:hAnsi="Arial" w:cs="Arial"/>
          <w:i/>
          <w:iCs/>
        </w:rPr>
        <w:t>GetPulledOver   #DriveHighGet</w:t>
      </w:r>
      <w:r w:rsidR="009E7636" w:rsidRPr="00EA64C9">
        <w:rPr>
          <w:rFonts w:ascii="Arial" w:hAnsi="Arial" w:cs="Arial"/>
          <w:i/>
          <w:iCs/>
        </w:rPr>
        <w:t>ADUI</w:t>
      </w:r>
      <w:r w:rsidRPr="00EA64C9">
        <w:rPr>
          <w:rFonts w:ascii="Arial" w:hAnsi="Arial" w:cs="Arial"/>
          <w:i/>
          <w:iCs/>
        </w:rPr>
        <w:t xml:space="preserve">   #DriveSoberIllinois   #Cl</w:t>
      </w:r>
      <w:r w:rsidR="009E7636" w:rsidRPr="00EA64C9">
        <w:rPr>
          <w:rFonts w:ascii="Arial" w:hAnsi="Arial" w:cs="Arial"/>
          <w:i/>
          <w:iCs/>
        </w:rPr>
        <w:t>i</w:t>
      </w:r>
      <w:r w:rsidRPr="00EA64C9">
        <w:rPr>
          <w:rFonts w:ascii="Arial" w:hAnsi="Arial" w:cs="Arial"/>
          <w:i/>
          <w:iCs/>
        </w:rPr>
        <w:t>ckItorTicket</w:t>
      </w:r>
    </w:p>
    <w:p w14:paraId="7C7A3C6B" w14:textId="31D72365" w:rsidR="00DD2AEA" w:rsidRPr="009E7636" w:rsidRDefault="008C142D">
      <w:pPr>
        <w:rPr>
          <w:rFonts w:ascii="Arial" w:hAnsi="Arial" w:cs="Arial"/>
        </w:rPr>
      </w:pPr>
      <w:r w:rsidRPr="009E7636">
        <w:rPr>
          <w:rFonts w:ascii="Arial" w:hAnsi="Arial" w:cs="Arial"/>
        </w:rPr>
        <w:t xml:space="preserve">Halloween plans going up in smoke? Find a sober ride home. </w:t>
      </w:r>
      <w:r w:rsidR="001524CD" w:rsidRPr="009E7636">
        <w:rPr>
          <w:rFonts w:ascii="Arial" w:hAnsi="Arial" w:cs="Arial"/>
        </w:rPr>
        <w:t>Remember, #ItsNotAGame.</w:t>
      </w:r>
      <w:r w:rsidR="001524CD">
        <w:rPr>
          <w:rFonts w:ascii="Arial" w:hAnsi="Arial" w:cs="Arial"/>
        </w:rPr>
        <w:t xml:space="preserve"> </w:t>
      </w:r>
      <w:r w:rsidRPr="009E7636">
        <w:rPr>
          <w:rFonts w:ascii="Arial" w:hAnsi="Arial" w:cs="Arial"/>
        </w:rPr>
        <w:t>#</w:t>
      </w:r>
      <w:r w:rsidR="001524CD">
        <w:rPr>
          <w:rFonts w:ascii="Arial" w:hAnsi="Arial" w:cs="Arial"/>
        </w:rPr>
        <w:t>DriveSoberOrGetPulledOver</w:t>
      </w:r>
      <w:r w:rsidRPr="009E7636">
        <w:rPr>
          <w:rFonts w:ascii="Arial" w:hAnsi="Arial" w:cs="Arial"/>
        </w:rPr>
        <w:t xml:space="preserve"> #ImpairedDrivingIsScary #DriveHighGet</w:t>
      </w:r>
      <w:r w:rsidR="009E7636">
        <w:rPr>
          <w:rFonts w:ascii="Arial" w:hAnsi="Arial" w:cs="Arial"/>
        </w:rPr>
        <w:t>A</w:t>
      </w:r>
      <w:r w:rsidRPr="009E7636">
        <w:rPr>
          <w:rFonts w:ascii="Arial" w:hAnsi="Arial" w:cs="Arial"/>
        </w:rPr>
        <w:t>DUI</w:t>
      </w:r>
      <w:r w:rsidR="009E7636">
        <w:rPr>
          <w:rFonts w:ascii="Arial" w:hAnsi="Arial" w:cs="Arial"/>
        </w:rPr>
        <w:t xml:space="preserve"> </w:t>
      </w:r>
    </w:p>
    <w:p w14:paraId="023CCB65" w14:textId="2575B0AF" w:rsidR="00DD2AEA" w:rsidRPr="009E7636" w:rsidRDefault="008C142D">
      <w:pPr>
        <w:rPr>
          <w:rFonts w:ascii="Arial" w:hAnsi="Arial" w:cs="Arial"/>
        </w:rPr>
      </w:pPr>
      <w:r w:rsidRPr="009E7636">
        <w:rPr>
          <w:rFonts w:ascii="Arial" w:hAnsi="Arial" w:cs="Arial"/>
        </w:rPr>
        <w:t>Need a #Halloween costume idea? Try being a sober-driver superhero. #</w:t>
      </w:r>
      <w:r w:rsidR="001524CD">
        <w:rPr>
          <w:rFonts w:ascii="Arial" w:hAnsi="Arial" w:cs="Arial"/>
        </w:rPr>
        <w:t>DriveSoberOrGetPulledOver</w:t>
      </w:r>
      <w:r w:rsidRPr="009E7636">
        <w:rPr>
          <w:rFonts w:ascii="Arial" w:hAnsi="Arial" w:cs="Arial"/>
        </w:rPr>
        <w:t xml:space="preserve"> </w:t>
      </w:r>
      <w:r w:rsidR="009E7636" w:rsidRPr="009E7636">
        <w:rPr>
          <w:rFonts w:ascii="Arial" w:hAnsi="Arial" w:cs="Arial"/>
        </w:rPr>
        <w:t>#DriveHighGet</w:t>
      </w:r>
      <w:r w:rsidR="009E7636">
        <w:rPr>
          <w:rFonts w:ascii="Arial" w:hAnsi="Arial" w:cs="Arial"/>
        </w:rPr>
        <w:t>A</w:t>
      </w:r>
      <w:r w:rsidR="009E7636" w:rsidRPr="009E7636">
        <w:rPr>
          <w:rFonts w:ascii="Arial" w:hAnsi="Arial" w:cs="Arial"/>
        </w:rPr>
        <w:t>DUI</w:t>
      </w:r>
    </w:p>
    <w:p w14:paraId="2E4F2724" w14:textId="4A6D1B77" w:rsidR="00DD2AEA" w:rsidRPr="009E7636" w:rsidRDefault="008C142D">
      <w:pPr>
        <w:rPr>
          <w:rFonts w:ascii="Arial" w:hAnsi="Arial" w:cs="Arial"/>
        </w:rPr>
      </w:pPr>
      <w:r w:rsidRPr="009E7636">
        <w:rPr>
          <w:rFonts w:ascii="Arial" w:hAnsi="Arial" w:cs="Arial"/>
        </w:rPr>
        <w:t xml:space="preserve">Driving on #Halloween? Pass around bowls of candy, not bowls of weed.  #ImpairedDrivingIsScary </w:t>
      </w:r>
      <w:r w:rsidR="009E7636" w:rsidRPr="009E7636">
        <w:rPr>
          <w:rFonts w:ascii="Arial" w:hAnsi="Arial" w:cs="Arial"/>
        </w:rPr>
        <w:t>#DriveHighGet</w:t>
      </w:r>
      <w:r w:rsidR="009E7636">
        <w:rPr>
          <w:rFonts w:ascii="Arial" w:hAnsi="Arial" w:cs="Arial"/>
        </w:rPr>
        <w:t>A</w:t>
      </w:r>
      <w:r w:rsidR="009E7636" w:rsidRPr="009E7636">
        <w:rPr>
          <w:rFonts w:ascii="Arial" w:hAnsi="Arial" w:cs="Arial"/>
        </w:rPr>
        <w:t>DUI</w:t>
      </w:r>
      <w:r w:rsidR="009E7636">
        <w:rPr>
          <w:rFonts w:ascii="Arial" w:hAnsi="Arial" w:cs="Arial"/>
        </w:rPr>
        <w:t xml:space="preserve"> #</w:t>
      </w:r>
      <w:r w:rsidRPr="009E7636">
        <w:rPr>
          <w:rFonts w:ascii="Arial" w:hAnsi="Arial" w:cs="Arial"/>
        </w:rPr>
        <w:t>DriveSoberGetPulledOver</w:t>
      </w:r>
      <w:r w:rsidR="001524CD">
        <w:rPr>
          <w:rFonts w:ascii="Arial" w:hAnsi="Arial" w:cs="Arial"/>
        </w:rPr>
        <w:t xml:space="preserve"> </w:t>
      </w:r>
      <w:r w:rsidRPr="009E7636">
        <w:rPr>
          <w:rFonts w:ascii="Arial" w:hAnsi="Arial" w:cs="Arial"/>
        </w:rPr>
        <w:t>#ItsNotAGame</w:t>
      </w:r>
    </w:p>
    <w:p w14:paraId="0AB03126" w14:textId="7274CF62" w:rsidR="00DD2AEA" w:rsidRPr="009E7636" w:rsidRDefault="008C142D">
      <w:pPr>
        <w:rPr>
          <w:rFonts w:ascii="Arial" w:hAnsi="Arial" w:cs="Arial"/>
        </w:rPr>
      </w:pPr>
      <w:r w:rsidRPr="009E7636">
        <w:rPr>
          <w:rFonts w:ascii="Arial" w:hAnsi="Arial" w:cs="Arial"/>
        </w:rPr>
        <w:t>Don’t let your Halloween fun end in a nightmare. Everyone is at risk when you choose to drive drunk, high or drugged. #</w:t>
      </w:r>
      <w:r w:rsidR="001524CD">
        <w:rPr>
          <w:rFonts w:ascii="Arial" w:hAnsi="Arial" w:cs="Arial"/>
        </w:rPr>
        <w:t>DriveSoberOrGetPulledOver</w:t>
      </w:r>
      <w:r w:rsidRPr="009E7636">
        <w:rPr>
          <w:rFonts w:ascii="Arial" w:hAnsi="Arial" w:cs="Arial"/>
        </w:rPr>
        <w:t xml:space="preserve"> #ImpairedDrivingIsScary</w:t>
      </w:r>
      <w:r w:rsidR="001524CD">
        <w:rPr>
          <w:rFonts w:ascii="Arial" w:hAnsi="Arial" w:cs="Arial"/>
        </w:rPr>
        <w:t xml:space="preserve"> </w:t>
      </w:r>
      <w:r w:rsidRPr="009E7636">
        <w:rPr>
          <w:rFonts w:ascii="Arial" w:hAnsi="Arial" w:cs="Arial"/>
        </w:rPr>
        <w:t>#ItsNotAGame</w:t>
      </w:r>
    </w:p>
    <w:p w14:paraId="36896053" w14:textId="1851121B" w:rsidR="00DD2AEA" w:rsidRPr="009E7636" w:rsidRDefault="008C142D">
      <w:pPr>
        <w:rPr>
          <w:rFonts w:ascii="Arial" w:hAnsi="Arial" w:cs="Arial"/>
        </w:rPr>
      </w:pPr>
      <w:r w:rsidRPr="009E7636">
        <w:rPr>
          <w:rFonts w:ascii="Arial" w:hAnsi="Arial" w:cs="Arial"/>
        </w:rPr>
        <w:t>A jail cell is a frightening place to spend #Halloween. #DriveSoberIllinois #ImpairedDrivingIsScary</w:t>
      </w:r>
      <w:r w:rsidR="009E7636">
        <w:rPr>
          <w:rFonts w:ascii="Arial" w:hAnsi="Arial" w:cs="Arial"/>
        </w:rPr>
        <w:t xml:space="preserve"> </w:t>
      </w:r>
      <w:r w:rsidRPr="009E7636">
        <w:rPr>
          <w:rFonts w:ascii="Arial" w:hAnsi="Arial" w:cs="Arial"/>
        </w:rPr>
        <w:t>#ItsNotAGame</w:t>
      </w:r>
    </w:p>
    <w:p w14:paraId="110351D0" w14:textId="03240DDD" w:rsidR="00DD2AEA" w:rsidRPr="009E7636" w:rsidRDefault="008C142D">
      <w:pPr>
        <w:rPr>
          <w:rFonts w:ascii="Arial" w:hAnsi="Arial" w:cs="Arial"/>
        </w:rPr>
      </w:pPr>
      <w:r w:rsidRPr="009E7636">
        <w:rPr>
          <w:rFonts w:ascii="Arial" w:hAnsi="Arial" w:cs="Arial"/>
        </w:rPr>
        <w:t>If you drive impaired by alcohol, cannabis or any drugs this #Halloween, tricks won’t keep you out of handcuffs! #</w:t>
      </w:r>
      <w:r w:rsidR="001524CD">
        <w:rPr>
          <w:rFonts w:ascii="Arial" w:hAnsi="Arial" w:cs="Arial"/>
        </w:rPr>
        <w:t>DriveSoberOrGetPulledOver</w:t>
      </w:r>
      <w:r w:rsidRPr="009E7636">
        <w:rPr>
          <w:rFonts w:ascii="Arial" w:hAnsi="Arial" w:cs="Arial"/>
        </w:rPr>
        <w:t xml:space="preserve"> #DriveHighGet</w:t>
      </w:r>
      <w:r w:rsidR="009E7636">
        <w:rPr>
          <w:rFonts w:ascii="Arial" w:hAnsi="Arial" w:cs="Arial"/>
        </w:rPr>
        <w:t>A</w:t>
      </w:r>
      <w:r w:rsidRPr="009E7636">
        <w:rPr>
          <w:rFonts w:ascii="Arial" w:hAnsi="Arial" w:cs="Arial"/>
        </w:rPr>
        <w:t>DUI</w:t>
      </w:r>
      <w:r w:rsidR="009E7636">
        <w:rPr>
          <w:rFonts w:ascii="Arial" w:hAnsi="Arial" w:cs="Arial"/>
        </w:rPr>
        <w:t xml:space="preserve"> </w:t>
      </w:r>
      <w:r w:rsidRPr="009E7636">
        <w:rPr>
          <w:rFonts w:ascii="Arial" w:hAnsi="Arial" w:cs="Arial"/>
        </w:rPr>
        <w:t>#ItsNotAGame</w:t>
      </w:r>
    </w:p>
    <w:p w14:paraId="3A912C88" w14:textId="105D2546" w:rsidR="00DD2AEA" w:rsidRPr="009E7636" w:rsidRDefault="008C142D">
      <w:pPr>
        <w:rPr>
          <w:rFonts w:ascii="Arial" w:hAnsi="Arial" w:cs="Arial"/>
        </w:rPr>
      </w:pPr>
      <w:r w:rsidRPr="009E7636">
        <w:rPr>
          <w:rFonts w:ascii="Arial" w:hAnsi="Arial" w:cs="Arial"/>
        </w:rPr>
        <w:t>Beware: If you’re drinking this #Halloween, you’d better not be driving! #</w:t>
      </w:r>
      <w:r w:rsidR="001524CD">
        <w:rPr>
          <w:rFonts w:ascii="Arial" w:hAnsi="Arial" w:cs="Arial"/>
        </w:rPr>
        <w:t>DriveSoberOrGetPulledOver</w:t>
      </w:r>
      <w:r w:rsidRPr="009E7636">
        <w:rPr>
          <w:rFonts w:ascii="Arial" w:hAnsi="Arial" w:cs="Arial"/>
        </w:rPr>
        <w:t xml:space="preserve"> #ItsNotAGame</w:t>
      </w:r>
    </w:p>
    <w:p w14:paraId="5E9C6903" w14:textId="1F794D10" w:rsidR="00DD2AEA" w:rsidRPr="009E7636" w:rsidRDefault="008C142D">
      <w:pPr>
        <w:rPr>
          <w:rFonts w:ascii="Arial" w:hAnsi="Arial" w:cs="Arial"/>
        </w:rPr>
      </w:pPr>
      <w:r w:rsidRPr="009E7636">
        <w:rPr>
          <w:rFonts w:ascii="Arial" w:hAnsi="Arial" w:cs="Arial"/>
        </w:rPr>
        <w:t>Using marijuana on #Halloween? Don’t drive! #</w:t>
      </w:r>
      <w:r w:rsidR="001524CD" w:rsidRPr="009E7636">
        <w:rPr>
          <w:rFonts w:ascii="Arial" w:hAnsi="Arial" w:cs="Arial"/>
        </w:rPr>
        <w:t>DriveHighGet</w:t>
      </w:r>
      <w:r w:rsidR="001524CD">
        <w:rPr>
          <w:rFonts w:ascii="Arial" w:hAnsi="Arial" w:cs="Arial"/>
        </w:rPr>
        <w:t xml:space="preserve">ADUI </w:t>
      </w:r>
      <w:r w:rsidRPr="009E7636">
        <w:rPr>
          <w:rFonts w:ascii="Arial" w:hAnsi="Arial" w:cs="Arial"/>
        </w:rPr>
        <w:t>#ImpairedDrivingIsScary</w:t>
      </w:r>
      <w:r w:rsidR="009E7636">
        <w:rPr>
          <w:rFonts w:ascii="Arial" w:hAnsi="Arial" w:cs="Arial"/>
        </w:rPr>
        <w:t xml:space="preserve"> </w:t>
      </w:r>
      <w:r w:rsidRPr="009E7636">
        <w:rPr>
          <w:rFonts w:ascii="Arial" w:hAnsi="Arial" w:cs="Arial"/>
        </w:rPr>
        <w:t>#ItsNotAGame</w:t>
      </w:r>
    </w:p>
    <w:p w14:paraId="021F0372" w14:textId="28538515" w:rsidR="00DD2AEA" w:rsidRPr="009E7636" w:rsidRDefault="008C142D">
      <w:pPr>
        <w:rPr>
          <w:rFonts w:ascii="Arial" w:hAnsi="Arial" w:cs="Arial"/>
        </w:rPr>
      </w:pPr>
      <w:r w:rsidRPr="009E7636">
        <w:rPr>
          <w:rFonts w:ascii="Arial" w:hAnsi="Arial" w:cs="Arial"/>
        </w:rPr>
        <w:t>Designate a driver this #Halloween! #DriveSoberIllinois #ImpairedDrivingIsScary</w:t>
      </w:r>
    </w:p>
    <w:p w14:paraId="2EC22E2D" w14:textId="2D6E5439" w:rsidR="00DD2AEA" w:rsidRPr="009E7636" w:rsidRDefault="008C142D">
      <w:pPr>
        <w:rPr>
          <w:rFonts w:ascii="Arial" w:hAnsi="Arial" w:cs="Arial"/>
        </w:rPr>
      </w:pPr>
      <w:r w:rsidRPr="009E7636">
        <w:rPr>
          <w:rFonts w:ascii="Arial" w:hAnsi="Arial" w:cs="Arial"/>
        </w:rPr>
        <w:t xml:space="preserve">You’re bobbing for a bad apple this #Halloween if you drink </w:t>
      </w:r>
      <w:r w:rsidR="001524CD">
        <w:rPr>
          <w:rFonts w:ascii="Arial" w:hAnsi="Arial" w:cs="Arial"/>
        </w:rPr>
        <w:t xml:space="preserve">and </w:t>
      </w:r>
      <w:r w:rsidRPr="009E7636">
        <w:rPr>
          <w:rFonts w:ascii="Arial" w:hAnsi="Arial" w:cs="Arial"/>
        </w:rPr>
        <w:t>drive! #</w:t>
      </w:r>
      <w:r w:rsidR="001524CD">
        <w:rPr>
          <w:rFonts w:ascii="Arial" w:hAnsi="Arial" w:cs="Arial"/>
        </w:rPr>
        <w:t>DriveSoberOrGetPulledOver</w:t>
      </w:r>
      <w:r w:rsidRPr="009E7636">
        <w:rPr>
          <w:rFonts w:ascii="Arial" w:hAnsi="Arial" w:cs="Arial"/>
        </w:rPr>
        <w:t xml:space="preserve"> #ItsNotAGame</w:t>
      </w:r>
    </w:p>
    <w:p w14:paraId="398E0E64" w14:textId="7CA1CC5F" w:rsidR="00DD2AEA" w:rsidRPr="009E7636" w:rsidRDefault="008C142D">
      <w:pPr>
        <w:rPr>
          <w:rFonts w:ascii="Arial" w:hAnsi="Arial" w:cs="Arial"/>
        </w:rPr>
      </w:pPr>
      <w:r w:rsidRPr="009E7636">
        <w:rPr>
          <w:rFonts w:ascii="Arial" w:hAnsi="Arial" w:cs="Arial"/>
        </w:rPr>
        <w:t>#Halloween party? Check. Costume? Check. Sober ride home? You’d better check. #DriveSoberIllinois #ImpairedDrivingIsScary</w:t>
      </w:r>
      <w:r w:rsidR="009E7636">
        <w:rPr>
          <w:rFonts w:ascii="Arial" w:hAnsi="Arial" w:cs="Arial"/>
        </w:rPr>
        <w:t xml:space="preserve"> </w:t>
      </w:r>
      <w:r w:rsidRPr="009E7636">
        <w:rPr>
          <w:rFonts w:ascii="Arial" w:hAnsi="Arial" w:cs="Arial"/>
        </w:rPr>
        <w:t>#ItsNotAGame</w:t>
      </w:r>
    </w:p>
    <w:p w14:paraId="1A3D2F00" w14:textId="662A4528" w:rsidR="00DD2AEA" w:rsidRPr="009E7636" w:rsidRDefault="008C142D">
      <w:pPr>
        <w:rPr>
          <w:rFonts w:ascii="Arial" w:hAnsi="Arial" w:cs="Arial"/>
        </w:rPr>
      </w:pPr>
      <w:r w:rsidRPr="009E7636">
        <w:rPr>
          <w:rFonts w:ascii="Arial" w:hAnsi="Arial" w:cs="Arial"/>
        </w:rPr>
        <w:t>This #Halloween, make memories – not nightmares! #</w:t>
      </w:r>
      <w:r w:rsidR="001524CD">
        <w:rPr>
          <w:rFonts w:ascii="Arial" w:hAnsi="Arial" w:cs="Arial"/>
        </w:rPr>
        <w:t>DriveSoberOrGetPulledOver</w:t>
      </w:r>
      <w:r w:rsidRPr="009E7636">
        <w:rPr>
          <w:rFonts w:ascii="Arial" w:hAnsi="Arial" w:cs="Arial"/>
        </w:rPr>
        <w:t xml:space="preserve">   </w:t>
      </w:r>
      <w:r w:rsidR="00481E8D" w:rsidRPr="009E7636">
        <w:rPr>
          <w:rFonts w:ascii="Arial" w:hAnsi="Arial" w:cs="Arial"/>
        </w:rPr>
        <w:t>#DriveHighGet</w:t>
      </w:r>
      <w:r w:rsidR="00481E8D">
        <w:rPr>
          <w:rFonts w:ascii="Arial" w:hAnsi="Arial" w:cs="Arial"/>
        </w:rPr>
        <w:t>A</w:t>
      </w:r>
      <w:r w:rsidR="00481E8D" w:rsidRPr="009E7636">
        <w:rPr>
          <w:rFonts w:ascii="Arial" w:hAnsi="Arial" w:cs="Arial"/>
        </w:rPr>
        <w:t>DUI</w:t>
      </w:r>
    </w:p>
    <w:p w14:paraId="2AA5E9FD" w14:textId="7EABF80D" w:rsidR="00DD2AEA" w:rsidRPr="009E7636" w:rsidRDefault="00481E8D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 w:rsidRPr="009E7636">
        <w:rPr>
          <w:rFonts w:ascii="Arial" w:hAnsi="Arial" w:cs="Arial"/>
        </w:rPr>
        <w:lastRenderedPageBreak/>
        <w:t>Hosting a monster bash this #Halloween? Offer plenty of snacks and non-alcohol</w:t>
      </w:r>
      <w:r w:rsidR="001524CD">
        <w:rPr>
          <w:rFonts w:ascii="Arial" w:hAnsi="Arial" w:cs="Arial"/>
        </w:rPr>
        <w:t>ic</w:t>
      </w:r>
      <w:r w:rsidR="00F1589A">
        <w:rPr>
          <w:rFonts w:ascii="Arial" w:hAnsi="Arial" w:cs="Arial"/>
        </w:rPr>
        <w:t xml:space="preserve"> </w:t>
      </w:r>
      <w:r w:rsidRPr="009E7636">
        <w:rPr>
          <w:rFonts w:ascii="Arial" w:hAnsi="Arial" w:cs="Arial"/>
        </w:rPr>
        <w:t>drinks for your designated drivers. #DriveSoberIllinois #ImpairedDrivingIsScary #ItsNotAGame</w:t>
      </w:r>
    </w:p>
    <w:p w14:paraId="56371B06" w14:textId="265819D6" w:rsidR="00DD2AEA" w:rsidRPr="009E7636" w:rsidRDefault="008C142D">
      <w:pPr>
        <w:rPr>
          <w:rFonts w:ascii="Arial" w:hAnsi="Arial" w:cs="Arial"/>
        </w:rPr>
      </w:pPr>
      <w:r w:rsidRPr="009E7636">
        <w:rPr>
          <w:rFonts w:ascii="Arial" w:hAnsi="Arial" w:cs="Arial"/>
        </w:rPr>
        <w:t xml:space="preserve">Coming back from the dead only happens in </w:t>
      </w:r>
      <w:proofErr w:type="gramStart"/>
      <w:r w:rsidRPr="009E7636">
        <w:rPr>
          <w:rFonts w:ascii="Arial" w:hAnsi="Arial" w:cs="Arial"/>
        </w:rPr>
        <w:t>the movies</w:t>
      </w:r>
      <w:proofErr w:type="gramEnd"/>
      <w:r w:rsidRPr="009E7636">
        <w:rPr>
          <w:rFonts w:ascii="Arial" w:hAnsi="Arial" w:cs="Arial"/>
        </w:rPr>
        <w:t>. Never drink and drive. #DriveSoberorGetPulledOver #ImpairedDrivingIsScary</w:t>
      </w:r>
      <w:r w:rsidR="00481E8D">
        <w:rPr>
          <w:rFonts w:ascii="Arial" w:hAnsi="Arial" w:cs="Arial"/>
        </w:rPr>
        <w:t xml:space="preserve"> </w:t>
      </w:r>
      <w:r w:rsidR="00481E8D" w:rsidRPr="009E7636">
        <w:rPr>
          <w:rFonts w:ascii="Arial" w:hAnsi="Arial" w:cs="Arial"/>
        </w:rPr>
        <w:t>#DriveHighGet</w:t>
      </w:r>
      <w:r w:rsidR="00481E8D">
        <w:rPr>
          <w:rFonts w:ascii="Arial" w:hAnsi="Arial" w:cs="Arial"/>
        </w:rPr>
        <w:t>A</w:t>
      </w:r>
      <w:r w:rsidR="00481E8D" w:rsidRPr="009E7636">
        <w:rPr>
          <w:rFonts w:ascii="Arial" w:hAnsi="Arial" w:cs="Arial"/>
        </w:rPr>
        <w:t>DUI</w:t>
      </w:r>
      <w:r w:rsidR="00481E8D">
        <w:rPr>
          <w:rFonts w:ascii="Arial" w:hAnsi="Arial" w:cs="Arial"/>
        </w:rPr>
        <w:t xml:space="preserve"> </w:t>
      </w:r>
      <w:r w:rsidRPr="009E7636">
        <w:rPr>
          <w:rFonts w:ascii="Arial" w:hAnsi="Arial" w:cs="Arial"/>
        </w:rPr>
        <w:t>#ItsNotAGame</w:t>
      </w:r>
    </w:p>
    <w:p w14:paraId="2B99ADFF" w14:textId="1CE3FE30" w:rsidR="00DD2AEA" w:rsidRPr="009E7636" w:rsidRDefault="008C142D">
      <w:pPr>
        <w:rPr>
          <w:rFonts w:ascii="Arial" w:hAnsi="Arial" w:cs="Arial"/>
        </w:rPr>
      </w:pPr>
      <w:r w:rsidRPr="009E7636">
        <w:rPr>
          <w:rFonts w:ascii="Arial" w:hAnsi="Arial" w:cs="Arial"/>
        </w:rPr>
        <w:t>Remember: “Drive Sober or Get Pulled Over” and “Drive High, Get a DUI</w:t>
      </w:r>
      <w:r w:rsidR="001524CD">
        <w:rPr>
          <w:rFonts w:ascii="Arial" w:hAnsi="Arial" w:cs="Arial"/>
        </w:rPr>
        <w:t>.</w:t>
      </w:r>
      <w:r w:rsidR="00481E8D">
        <w:rPr>
          <w:rFonts w:ascii="Arial" w:hAnsi="Arial" w:cs="Arial"/>
        </w:rPr>
        <w:t>” #It</w:t>
      </w:r>
      <w:r w:rsidRPr="009E7636">
        <w:rPr>
          <w:rFonts w:ascii="Arial" w:hAnsi="Arial" w:cs="Arial"/>
        </w:rPr>
        <w:t>sNotAGame</w:t>
      </w:r>
    </w:p>
    <w:sectPr w:rsidR="00DD2AEA" w:rsidRPr="009E763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91838742">
    <w:abstractNumId w:val="8"/>
  </w:num>
  <w:num w:numId="2" w16cid:durableId="2039231754">
    <w:abstractNumId w:val="6"/>
  </w:num>
  <w:num w:numId="3" w16cid:durableId="629165895">
    <w:abstractNumId w:val="5"/>
  </w:num>
  <w:num w:numId="4" w16cid:durableId="1550532972">
    <w:abstractNumId w:val="4"/>
  </w:num>
  <w:num w:numId="5" w16cid:durableId="1840461066">
    <w:abstractNumId w:val="7"/>
  </w:num>
  <w:num w:numId="6" w16cid:durableId="77410386">
    <w:abstractNumId w:val="3"/>
  </w:num>
  <w:num w:numId="7" w16cid:durableId="1989049440">
    <w:abstractNumId w:val="2"/>
  </w:num>
  <w:num w:numId="8" w16cid:durableId="811944320">
    <w:abstractNumId w:val="1"/>
  </w:num>
  <w:num w:numId="9" w16cid:durableId="1482306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524CD"/>
    <w:rsid w:val="001C06EF"/>
    <w:rsid w:val="001C77D4"/>
    <w:rsid w:val="00200B0E"/>
    <w:rsid w:val="00217ABB"/>
    <w:rsid w:val="0029639D"/>
    <w:rsid w:val="00326F90"/>
    <w:rsid w:val="00351B5E"/>
    <w:rsid w:val="00481E8D"/>
    <w:rsid w:val="00685A3C"/>
    <w:rsid w:val="007B1875"/>
    <w:rsid w:val="008C142D"/>
    <w:rsid w:val="009E7636"/>
    <w:rsid w:val="00AA1D8D"/>
    <w:rsid w:val="00B47730"/>
    <w:rsid w:val="00B67302"/>
    <w:rsid w:val="00CB0664"/>
    <w:rsid w:val="00DD2AEA"/>
    <w:rsid w:val="00EA64C9"/>
    <w:rsid w:val="00F1589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2FEEAA"/>
  <w14:defaultImageDpi w14:val="300"/>
  <w15:docId w15:val="{AF39970E-0997-45FD-B026-FF9970080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">
    <w:name w:val="Revision"/>
    <w:hidden/>
    <w:uiPriority w:val="99"/>
    <w:semiHidden/>
    <w:rsid w:val="001524C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4C3229B-DA40-47FA-8623-C5F79CD71F15}"/>
</file>

<file path=customXml/itemProps3.xml><?xml version="1.0" encoding="utf-8"?>
<ds:datastoreItem xmlns:ds="http://schemas.openxmlformats.org/officeDocument/2006/customXml" ds:itemID="{15B7F505-E5E1-46BE-B1FA-A6C9353B88E7}"/>
</file>

<file path=customXml/itemProps4.xml><?xml version="1.0" encoding="utf-8"?>
<ds:datastoreItem xmlns:ds="http://schemas.openxmlformats.org/officeDocument/2006/customXml" ds:itemID="{EA1D6C45-7D1B-4149-A1D8-A1AC5804FFA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Shannon.Alderman@illinois.gov</dc:creator>
  <cp:keywords/>
  <dc:description/>
  <cp:lastModifiedBy>Alderman, Shannon</cp:lastModifiedBy>
  <cp:revision>5</cp:revision>
  <dcterms:created xsi:type="dcterms:W3CDTF">2026-10-13T16:09:00Z</dcterms:created>
  <dcterms:modified xsi:type="dcterms:W3CDTF">2026-10-13T17:10:00Z</dcterms:modified>
  <cp:category/>
</cp:coreProperties>
</file>